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עושה בחיים? לימודים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מעולם הלימודים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זמן הווה (בינוני) בארבע צורותיו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לשאול ולענות על שאלות עם מה, איפה,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אוניברסיטה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איזה יפי!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בית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צורת נקבה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איפה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מחברת היא כלי כתיבה, לא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זכר/נקבה, יחיד/רבים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הביטוי מבטא התלהבות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 שרוכש 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(זמן לימוד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 שמלמד)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כתיבה ללימודים)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שלום,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 את/ה לומד/ת?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 את/ה לומד/ת?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איזה יפי!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לפחות שלושה משפטים שלמים עם פועל בהווה מתאים (לומד/לומדת) ומילת שאלה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פה=כאן, שם=במקום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המשתמש בביטוי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השיר ולבקש מהתלמידים לסמן מילים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ארבע הצורות של הפועל 'לומד'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לעבוד בזוגות ואז לשתף את הכתה בתשובות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עושה בחיים? לימודים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מילים הקשורות ללימודים, נתרגל את הפועל 'לומד' בכל צורותיו, ונשאל שאלות כמו 'מה אתם לומדים?' ו'איפה?'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הצורה הנכונה של הפועל 'לומד' לרבים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שאלה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'מרצה' מתאימה בדרך כלל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ביטוי מבטא שמחה והתלהבות?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חבל על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יפי!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'אנחנו לומדים ב___' – מה משלים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'לומדת' היא צורת זכר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'איפה' פותחת שאלה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'מחברת' היא מקום שבו לומדים.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בהווה יש ארבע צורות לפי מין ומספר.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'חבל על הזמן' בשיר מבטא אכזבה.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מה את __________? אני לומדת מתמטיקה.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__________ בבית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__________, על השלחן.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אתם לומדים? בתל אביב.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מלמד __________ בכתה.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לומד/לומדת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שרוכש 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מורה/מרצה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כתיבה ללימודים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לימוד 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שמלמד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איפה את/ה לומד/ת?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איזה יפי!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את/ה לומד/ת?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שלום, מה שלומך?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ראיינו חבר או חברה: מה את/ה לומד/ת? איפה? מה אהוב עליך בלימודים? כתבו את התשובות במשפטים שלמים.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צורה אחת של הפועל 'לומד' ברבים 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'פה' ל'שם'?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הביטוי 'איזה יפי!'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את/ה עושה בחיים? לימודים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