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עושה בחיים? לימודים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מעולם הלימודים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זמן הווה (בינוני) בארבע צורותיו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לשאול ולענות על שאלות עם מה, איפה, 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צורת נקבה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איפה שואלת על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לומדת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 שרוכש 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(זמן לימוד 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לימודים)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שלום, מה שלומך?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 את/ה לומד/ת?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איזה יפי!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לפחות שלושה משפטים שלמים עם פועל בהווה מתאים (לומד/לומדת) ומילת שאלה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פה=כאן, שם=במקום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המשתמש בביטוי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השיר ולבקש מהתלמידים לסמן מילים שהם שומעים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ארבע הצורות של הפועל 'לומד'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לעבוד בזוגות ואז לשתף את הכתה בתשובות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עושה בחיים? לימודים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נלמד מילים הקשורות ללימודים, נתרגל את הפועל 'לומד' בכל צורותיו, ונשאל שאלות כמו 'מה אתם לומדים?' ו'איפה?'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לומדת  ·  לומדים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הצורה הנכונה של הפועל 'לומד' לרבים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לומדות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מילת שאלה שואלת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'לומדת' היא צורת זכר 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'איפה' פותחת שאלה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מה את __________? אני לומדת מתמטיקה.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הם __________ בבית ספר.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לומד/לומדת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זמן לימוד 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אדם שרוכש 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איזה יפי!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שלום, מה שלומך?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מה את/ה לומד/ת?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ראיינו חבר או חברה: מה את/ה לומד/ת? איפה? מה אהוב עליך בלימודים? כתבו את התשובות במשפטים שלמים.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צורה אחת של הפועל 'לומד' ברבים 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'פה' ל'שם'?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את/ה עושה בחיים? לימודים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